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Alex Morgan</w:t>
      </w:r>
    </w:p>
    <w:p>
      <w:pPr>
        <w:pStyle w:val="Subtitle"/>
      </w:pPr>
      <w:r>
        <w:t>PRODUCT DESIGNER  /  SAMPLE RESUME</w:t>
      </w:r>
    </w:p>
    <w:p>
      <w:r>
        <w:t>alex@example.com  |  London  |  Portfolio available on request</w:t>
      </w:r>
    </w:p>
    <w:p>
      <w:pPr>
        <w:pStyle w:val="Heading1"/>
      </w:pPr>
      <w:r>
        <w:t>Profile</w:t>
      </w:r>
    </w:p>
    <w:p>
      <w:r>
        <w:t>A fictional product designer focused on clear interfaces, accessible experiences and thoughtful collaboration. This sample demonstrates editable text, headings and bulleted lists.</w:t>
      </w:r>
    </w:p>
    <w:p>
      <w:pPr>
        <w:pStyle w:val="Heading1"/>
      </w:pPr>
      <w:r>
        <w:t>Selected experience</w:t>
      </w:r>
    </w:p>
    <w:p>
      <w:pPr>
        <w:pStyle w:val="Heading2"/>
      </w:pPr>
      <w:r>
        <w:t>Studio North — Product Designer</w:t>
      </w:r>
    </w:p>
    <w:p>
      <w:r>
        <w:t>2022–2026 · Example position</w:t>
      </w:r>
    </w:p>
    <w:p>
      <w:pPr>
        <w:pStyle w:val="ListBullet"/>
      </w:pPr>
      <w:r>
        <w:t>Designed a clear onboarding flow for a small learning platform.</w:t>
      </w:r>
    </w:p>
    <w:p>
      <w:pPr>
        <w:pStyle w:val="ListBullet"/>
      </w:pPr>
      <w:r>
        <w:t>Built a shared component library with accessible typography.</w:t>
      </w:r>
    </w:p>
    <w:p>
      <w:pPr>
        <w:pStyle w:val="ListBullet"/>
      </w:pPr>
      <w:r>
        <w:t>Worked with engineers to review prototypes and production layouts.</w:t>
      </w:r>
    </w:p>
    <w:p>
      <w:pPr>
        <w:pStyle w:val="Heading1"/>
      </w:pPr>
      <w:r>
        <w:t>Skills</w:t>
      </w:r>
    </w:p>
    <w:p>
      <w:r>
        <w:t>Interface design · Prototyping · Research · Design systems</w:t>
      </w:r>
    </w:p>
    <w:p>
      <w:pPr>
        <w:pStyle w:val="Heading1"/>
      </w:pPr>
      <w:r>
        <w:t>Education</w:t>
      </w:r>
    </w:p>
    <w:p>
      <w:r>
        <w:t>BA in Design — Example University, 2021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Fictional sample • Local DOCX preview and browser PDF printing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STUDIO NORTH  /  DOCUMENT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26C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26C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26C7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Image Splitter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